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Nr postępowania: ZO/11/2026</w:t>
      </w:r>
    </w:p>
    <w:p>
      <w:pPr>
        <w:pStyle w:val="Heading2"/>
        <w:keepNext w:val="false"/>
        <w:keepLines w:val="false"/>
        <w:spacing w:lineRule="auto" w:line="276" w:before="0" w:after="80"/>
        <w:rPr>
          <w:b/>
          <w:bCs/>
          <w:sz w:val="22"/>
          <w:szCs w:val="22"/>
        </w:rPr>
      </w:pPr>
      <w:bookmarkStart w:id="0" w:name="_heading=h.unkbantn2mhk"/>
      <w:bookmarkEnd w:id="0"/>
      <w:r>
        <w:rPr>
          <w:color w:val="000000"/>
          <w:sz w:val="22"/>
          <w:szCs w:val="22"/>
        </w:rPr>
        <w:t>ZAŁĄCZNIK NR 2 – FORMULARZ OFERTOWY</w:t>
      </w:r>
    </w:p>
    <w:p>
      <w:pPr>
        <w:pStyle w:val="normal1"/>
        <w:spacing w:lineRule="auto" w:line="276" w:before="0" w:after="240"/>
        <w:rPr>
          <w:sz w:val="22"/>
          <w:szCs w:val="22"/>
        </w:rPr>
      </w:pPr>
      <w:r>
        <w:rPr>
          <w:b/>
          <w:bCs/>
          <w:sz w:val="22"/>
          <w:szCs w:val="22"/>
        </w:rPr>
        <w:t>Wykonawca:</w:t>
      </w:r>
      <w:r>
        <w:rPr>
          <w:sz w:val="22"/>
          <w:szCs w:val="22"/>
        </w:rPr>
        <w:t xml:space="preserve"> ................................................................................................</w:t>
      </w:r>
      <w:r>
        <w:rPr>
          <w:b/>
          <w:bCs/>
          <w:sz w:val="22"/>
          <w:szCs w:val="22"/>
        </w:rPr>
        <w:t>Adres:</w:t>
      </w:r>
      <w:r>
        <w:rPr>
          <w:sz w:val="22"/>
          <w:szCs w:val="22"/>
        </w:rPr>
        <w:t xml:space="preserve"> ........................................................................................................</w:t>
      </w:r>
      <w:r>
        <w:rPr>
          <w:b/>
          <w:bCs/>
          <w:sz w:val="22"/>
          <w:szCs w:val="22"/>
        </w:rPr>
        <w:t>NIP:</w:t>
      </w:r>
      <w:r>
        <w:rPr>
          <w:sz w:val="22"/>
          <w:szCs w:val="22"/>
        </w:rPr>
        <w:t xml:space="preserve"> ........................................ </w:t>
      </w:r>
      <w:r>
        <w:rPr>
          <w:b/>
          <w:bCs/>
          <w:sz w:val="22"/>
          <w:szCs w:val="22"/>
        </w:rPr>
        <w:t>REGON:</w:t>
      </w:r>
      <w:r>
        <w:rPr>
          <w:sz w:val="22"/>
          <w:szCs w:val="22"/>
        </w:rPr>
        <w:t xml:space="preserve"> ........................................</w:t>
      </w:r>
      <w:r>
        <w:rPr>
          <w:b/>
          <w:bCs/>
          <w:sz w:val="22"/>
          <w:szCs w:val="22"/>
        </w:rPr>
        <w:t>Osoba do kontaktu:</w:t>
      </w:r>
      <w:r>
        <w:rPr>
          <w:sz w:val="22"/>
          <w:szCs w:val="22"/>
        </w:rPr>
        <w:t xml:space="preserve"> ....................................................................................</w:t>
      </w:r>
      <w:r>
        <w:rPr>
          <w:b/>
          <w:bCs/>
          <w:sz w:val="22"/>
          <w:szCs w:val="22"/>
        </w:rPr>
        <w:t>Tel.:</w:t>
      </w:r>
      <w:r>
        <w:rPr>
          <w:sz w:val="22"/>
          <w:szCs w:val="22"/>
        </w:rPr>
        <w:t xml:space="preserve"> ......................................... </w:t>
      </w:r>
      <w:r>
        <w:rPr>
          <w:b/>
          <w:bCs/>
          <w:sz w:val="22"/>
          <w:szCs w:val="22"/>
        </w:rPr>
        <w:t>E-mail:</w:t>
      </w:r>
      <w:r>
        <w:rPr>
          <w:sz w:val="22"/>
          <w:szCs w:val="22"/>
        </w:rPr>
        <w:t xml:space="preserve"> ................................................</w:t>
      </w:r>
    </w:p>
    <w:p>
      <w:pPr>
        <w:pStyle w:val="normal1"/>
        <w:spacing w:lineRule="auto" w:line="276" w:before="0" w:after="240"/>
        <w:rPr>
          <w:sz w:val="22"/>
          <w:szCs w:val="22"/>
        </w:rPr>
      </w:pPr>
      <w:r>
        <w:rPr>
          <w:sz w:val="22"/>
          <w:szCs w:val="22"/>
        </w:rPr>
        <w:t xml:space="preserve">Składam ofertę na realizację zamówienia: </w:t>
      </w:r>
      <w:r>
        <w:rPr>
          <w:b/>
          <w:bCs/>
          <w:sz w:val="22"/>
          <w:szCs w:val="22"/>
        </w:rPr>
        <w:t>„Stworzenie i nagranie audiodeskrypcji przestrzeni Domu Kultury Krzemień w Szczecinie”</w:t>
      </w:r>
      <w:r>
        <w:rPr>
          <w:sz w:val="22"/>
          <w:szCs w:val="22"/>
        </w:rPr>
        <w:t>.</w:t>
      </w:r>
    </w:p>
    <w:p>
      <w:pPr>
        <w:pStyle w:val="normal1"/>
        <w:spacing w:lineRule="auto" w:line="276" w:before="0"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Wycena cenowa:</w:t>
      </w:r>
    </w:p>
    <w:tbl>
      <w:tblPr>
        <w:tblStyle w:val="Table1"/>
        <w:tblW w:w="10140" w:type="dxa"/>
        <w:jc w:val="left"/>
        <w:tblInd w:w="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600"/>
      </w:tblPr>
      <w:tblGrid>
        <w:gridCol w:w="4844"/>
        <w:gridCol w:w="1155"/>
        <w:gridCol w:w="1500"/>
        <w:gridCol w:w="2640"/>
      </w:tblGrid>
      <w:tr>
        <w:trPr>
          <w:trHeight w:val="1067" w:hRule="atLeast"/>
        </w:trPr>
        <w:tc>
          <w:tcPr>
            <w:tcW w:w="484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>
            <w:pPr>
              <w:pStyle w:val="normal1"/>
              <w:spacing w:lineRule="auto" w:line="276" w:before="0" w:after="48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Zakres rzeczowy</w:t>
            </w:r>
          </w:p>
        </w:tc>
        <w:tc>
          <w:tcPr>
            <w:tcW w:w="11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>
            <w:pPr>
              <w:pStyle w:val="normal1"/>
              <w:spacing w:lineRule="auto" w:line="276" w:before="0" w:after="48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Cena netto (zł)</w:t>
            </w:r>
          </w:p>
        </w:tc>
        <w:tc>
          <w:tcPr>
            <w:tcW w:w="15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>
            <w:pPr>
              <w:pStyle w:val="normal1"/>
              <w:spacing w:lineRule="auto" w:line="276" w:before="0" w:after="48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Stawka i kwota VAT (zł)</w:t>
            </w:r>
          </w:p>
        </w:tc>
        <w:tc>
          <w:tcPr>
            <w:tcW w:w="26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>
            <w:pPr>
              <w:pStyle w:val="normal1"/>
              <w:spacing w:lineRule="auto" w:line="276" w:before="0" w:after="48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Cena brutto (zł)</w:t>
            </w:r>
          </w:p>
        </w:tc>
      </w:tr>
      <w:tr>
        <w:trPr>
          <w:trHeight w:val="1679" w:hRule="atLeast"/>
        </w:trPr>
        <w:tc>
          <w:tcPr>
            <w:tcW w:w="484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>
            <w:pPr>
              <w:pStyle w:val="normal1"/>
              <w:spacing w:lineRule="auto" w:line="276" w:before="0" w:after="4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Opracowanie tekstów/skryptów audiodeskrypcji oraz nagranie lektorskie ścieżek audio (Foyer, Sala Wyobraźni, Sala Widowiskowa, </w:t>
            </w:r>
            <w:r>
              <w:rPr>
                <w:sz w:val="22"/>
                <w:szCs w:val="22"/>
              </w:rPr>
              <w:t xml:space="preserve">Sala Dźwięku, </w:t>
            </w:r>
            <w:r>
              <w:rPr>
                <w:sz w:val="22"/>
                <w:szCs w:val="22"/>
              </w:rPr>
              <w:t>Sala Wizualna, Sala Ruchu, Sala Tańca)</w:t>
            </w:r>
          </w:p>
        </w:tc>
        <w:tc>
          <w:tcPr>
            <w:tcW w:w="11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>
            <w:pPr>
              <w:pStyle w:val="normal1"/>
              <w:spacing w:lineRule="auto" w:line="276" w:before="0" w:after="4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>
            <w:pPr>
              <w:pStyle w:val="normal1"/>
              <w:spacing w:lineRule="auto" w:line="276" w:before="0" w:after="4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>
            <w:pPr>
              <w:pStyle w:val="normal1"/>
              <w:spacing w:lineRule="auto" w:line="276" w:before="0" w:after="4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90" w:hRule="atLeast"/>
        </w:trPr>
        <w:tc>
          <w:tcPr>
            <w:tcW w:w="484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>
            <w:pPr>
              <w:pStyle w:val="normal1"/>
              <w:spacing w:lineRule="auto" w:line="276" w:before="0" w:after="48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RAZEM</w:t>
            </w:r>
          </w:p>
        </w:tc>
        <w:tc>
          <w:tcPr>
            <w:tcW w:w="11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>
            <w:pPr>
              <w:pStyle w:val="normal1"/>
              <w:spacing w:lineRule="auto" w:line="276" w:before="0" w:after="4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>
            <w:pPr>
              <w:pStyle w:val="normal1"/>
              <w:spacing w:lineRule="auto" w:line="276" w:before="0" w:after="4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>
            <w:pPr>
              <w:pStyle w:val="normal1"/>
              <w:spacing w:lineRule="auto" w:line="276" w:before="0" w:after="4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1"/>
        <w:spacing w:lineRule="auto" w:line="276" w:before="0" w:after="240"/>
        <w:rPr/>
      </w:pPr>
      <w:r>
        <w:rPr/>
        <w:t>Oświadczam, że:</w:t>
      </w:r>
    </w:p>
    <w:p>
      <w:pPr>
        <w:pStyle w:val="normal1"/>
        <w:numPr>
          <w:ilvl w:val="0"/>
          <w:numId w:val="1"/>
        </w:numPr>
        <w:spacing w:lineRule="auto" w:line="276" w:before="0" w:afterAutospacing="0" w:after="0"/>
        <w:ind w:hanging="360" w:left="720"/>
        <w:rPr/>
      </w:pPr>
      <w:r>
        <w:rPr/>
        <w:t>Zapoznałem/am się z treścią Zapytania ofertowego, OPZ oraz Projektowanymi postanowieniami umowy i akceptuję je bez zastrzeżeń.</w:t>
      </w:r>
    </w:p>
    <w:p>
      <w:pPr>
        <w:pStyle w:val="normal1"/>
        <w:numPr>
          <w:ilvl w:val="0"/>
          <w:numId w:val="1"/>
        </w:numPr>
        <w:spacing w:lineRule="auto" w:line="276" w:before="0" w:afterAutospacing="0" w:after="0"/>
        <w:ind w:hanging="360" w:left="720"/>
        <w:rPr/>
      </w:pPr>
      <w:r>
        <w:rPr/>
        <w:t>Oferowana cena uwzględnia wszystkie koszty niezbędne do rzetelnego i pełnego wykonania przedmiotu zamówienia, w tym przeprowadzenie wizji lokalnej, opracowanie skryptów, nagrania studyjne oraz przeniesienie praw autorskich (wolna licencja CC BY-SA 4.0).</w:t>
      </w:r>
    </w:p>
    <w:p>
      <w:pPr>
        <w:pStyle w:val="normal1"/>
        <w:numPr>
          <w:ilvl w:val="0"/>
          <w:numId w:val="1"/>
        </w:numPr>
        <w:spacing w:lineRule="auto" w:line="276" w:before="0" w:after="240"/>
        <w:ind w:hanging="360" w:left="720"/>
        <w:rPr/>
      </w:pPr>
      <w:r>
        <w:rPr/>
        <w:t>Pozostaję związany/a ofertą przez okres 30 dni od upływu terminu składania ofert.</w:t>
      </w:r>
    </w:p>
    <w:p>
      <w:pPr>
        <w:pStyle w:val="normal1"/>
        <w:spacing w:lineRule="auto" w:line="276" w:before="0" w:after="240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>
        <w:rPr>
          <w:sz w:val="22"/>
          <w:szCs w:val="22"/>
        </w:rPr>
        <w:t>.....................................................                                    ............................................</w:t>
      </w:r>
    </w:p>
    <w:p>
      <w:pPr>
        <w:pStyle w:val="normal1"/>
        <w:spacing w:lineRule="auto" w:line="276" w:before="0" w:after="240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                </w:t>
      </w:r>
      <w:r>
        <w:rPr>
          <w:i/>
          <w:iCs/>
          <w:sz w:val="22"/>
          <w:szCs w:val="22"/>
        </w:rPr>
        <w:t>(Miejscowość, data)</w:t>
      </w:r>
      <w:r>
        <w:rPr>
          <w:sz w:val="22"/>
          <w:szCs w:val="22"/>
        </w:rPr>
        <w:t xml:space="preserve">                                                 </w:t>
      </w:r>
      <w:r>
        <w:rPr>
          <w:i/>
          <w:iCs/>
          <w:sz w:val="22"/>
          <w:szCs w:val="22"/>
        </w:rPr>
        <w:t>(Podpis osoby uprawnionej)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2240" w:h="15840"/>
      <w:pgMar w:left="1247" w:right="1247" w:gutter="0" w:header="720" w:top="1247" w:footer="720" w:bottom="1134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ee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tabs>
        <w:tab w:val="clear" w:pos="720"/>
        <w:tab w:val="center" w:pos="4680" w:leader="none"/>
        <w:tab w:val="right" w:pos="9360" w:leader="none"/>
      </w:tabs>
      <w:spacing w:lineRule="auto" w:line="240" w:before="0" w:after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sz w:val="16"/>
        <w:szCs w:val="16"/>
      </w:rPr>
      <w:t>Dom Kultury „Krzemień” w Szczecinie | Projekt „Lider Dostępności Pomorza Zachodniego”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tabs>
        <w:tab w:val="clear" w:pos="720"/>
        <w:tab w:val="center" w:pos="4680" w:leader="none"/>
        <w:tab w:val="right" w:pos="9360" w:leader="none"/>
      </w:tabs>
      <w:spacing w:lineRule="auto" w:line="240" w:before="0" w:after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sz w:val="16"/>
        <w:szCs w:val="16"/>
      </w:rPr>
      <w:t>Dom Kultury „Krzemień” w Szczecinie | Projekt „Lider Dostępności Pomorza Zachodniego”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680" w:leader="none"/>
        <w:tab w:val="right" w:pos="9360" w:leader="none"/>
      </w:tabs>
      <w:spacing w:lineRule="auto" w:line="240" w:before="0" w:after="0"/>
      <w:ind w:hanging="0" w:left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/>
      <w:drawing>
        <wp:inline distT="0" distB="0" distL="0" distR="0">
          <wp:extent cx="5939790" cy="819150"/>
          <wp:effectExtent l="0" t="0" r="0" b="0"/>
          <wp:docPr id="1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819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1"/>
      <w:spacing w:before="0" w:after="200"/>
      <w:jc w:val="right"/>
      <w:rPr/>
    </w:pPr>
    <w:r>
      <w:rPr>
        <w:sz w:val="16"/>
        <w:szCs w:val="16"/>
      </w:rPr>
      <w:t>Projekt „Lider Dostępności Pomorza Zachodniego”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680" w:leader="none"/>
        <w:tab w:val="right" w:pos="9360" w:leader="none"/>
      </w:tabs>
      <w:spacing w:lineRule="auto" w:line="240" w:before="0" w:after="0"/>
      <w:ind w:hanging="0" w:left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/>
      <w:drawing>
        <wp:inline distT="0" distB="0" distL="0" distR="0">
          <wp:extent cx="5939790" cy="819150"/>
          <wp:effectExtent l="0" t="0" r="0" b="0"/>
          <wp:docPr id="2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819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1"/>
      <w:spacing w:before="0" w:after="200"/>
      <w:jc w:val="right"/>
      <w:rPr/>
    </w:pPr>
    <w:r>
      <w:rPr>
        <w:sz w:val="16"/>
        <w:szCs w:val="16"/>
      </w:rPr>
      <w:t>Projekt „Lider Dostępności Pomorza Zachodniego”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  <w:jc w:val="left"/>
    </w:pPr>
    <w:rPr>
      <w:rFonts w:ascii="Arial" w:hAnsi="Arial" w:eastAsia="Arial" w:cs="Arial"/>
      <w:color w:val="auto"/>
      <w:kern w:val="0"/>
      <w:sz w:val="20"/>
      <w:szCs w:val="20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480" w:after="0"/>
    </w:pPr>
    <w:rPr>
      <w:rFonts w:ascii="Arial" w:hAnsi="Arial" w:eastAsia="Arial" w:cs="Arial"/>
      <w:b/>
      <w:bCs/>
      <w:color w:val="366091"/>
      <w:sz w:val="28"/>
      <w:szCs w:val="28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200" w:after="0"/>
    </w:pPr>
    <w:rPr>
      <w:rFonts w:ascii="Arial" w:hAnsi="Arial" w:eastAsia="Arial" w:cs="Arial"/>
      <w:b/>
      <w:bCs/>
      <w:color w:val="4F81BD"/>
      <w:sz w:val="26"/>
      <w:szCs w:val="26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200" w:after="0"/>
    </w:pPr>
    <w:rPr>
      <w:rFonts w:ascii="Calibri" w:hAnsi="Calibri" w:eastAsia="Calibri" w:cs="Calibri"/>
      <w:b/>
      <w:bCs/>
      <w:color w:val="4F81BD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200" w:after="0"/>
    </w:pPr>
    <w:rPr>
      <w:rFonts w:ascii="Calibri" w:hAnsi="Calibri" w:eastAsia="Calibri" w:cs="Calibri"/>
      <w:b/>
      <w:bCs/>
      <w:i/>
      <w:iCs/>
      <w:color w:val="4F81BD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200" w:after="0"/>
    </w:pPr>
    <w:rPr>
      <w:rFonts w:ascii="Calibri" w:hAnsi="Calibri" w:eastAsia="Calibri" w:cs="Calibri"/>
      <w:color w:val="243F61"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200" w:after="0"/>
    </w:pPr>
    <w:rPr>
      <w:rFonts w:ascii="Calibri" w:hAnsi="Calibri" w:eastAsia="Calibri" w:cs="Calibri"/>
      <w:i/>
      <w:iCs/>
      <w:color w:val="243F61"/>
    </w:rPr>
  </w:style>
  <w:style w:type="paragraph" w:styleId="Heading7">
    <w:name w:val="Heading 7"/>
    <w:basedOn w:val="normal1"/>
    <w:next w:val="normal1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1"/>
    <w:next w:val="normal1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1"/>
    <w:next w:val="normal1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1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1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1"/>
    <w:next w:val="normal1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bidi w:val="0"/>
      <w:spacing w:lineRule="auto" w:line="276" w:before="0" w:after="200"/>
      <w:jc w:val="left"/>
    </w:pPr>
    <w:rPr>
      <w:rFonts w:ascii="Arial" w:hAnsi="Arial" w:eastAsia="Arial" w:cs="Arial"/>
      <w:color w:val="auto"/>
      <w:kern w:val="0"/>
      <w:sz w:val="20"/>
      <w:szCs w:val="20"/>
      <w:lang w:val="en-US" w:eastAsia="zh-CN" w:bidi="hi-IN"/>
    </w:rPr>
  </w:style>
  <w:style w:type="paragraph" w:styleId="Title">
    <w:name w:val="Title"/>
    <w:basedOn w:val="normal1"/>
    <w:next w:val="normal1"/>
    <w:qFormat/>
    <w:pPr>
      <w:pBdr>
        <w:bottom w:val="single" w:sz="8" w:space="4" w:color="4F81BD"/>
      </w:pBdr>
      <w:spacing w:lineRule="auto" w:line="240" w:before="0" w:after="300"/>
    </w:pPr>
    <w:rPr>
      <w:rFonts w:ascii="Arial" w:hAnsi="Arial" w:eastAsia="Arial" w:cs="Arial"/>
      <w:color w:val="17365D"/>
      <w:sz w:val="52"/>
      <w:szCs w:val="52"/>
    </w:rPr>
  </w:style>
  <w:style w:type="paragraph" w:styleId="Subtitle">
    <w:name w:val="Subtitle"/>
    <w:basedOn w:val="normal1"/>
    <w:next w:val="normal1"/>
    <w:qFormat/>
    <w:pPr/>
    <w:rPr>
      <w:rFonts w:ascii="Calibri" w:hAnsi="Calibri" w:eastAsia="Calibri" w:cs="Calibri"/>
      <w:i/>
      <w:iCs/>
      <w:color w:val="4F81BD"/>
      <w:sz w:val="24"/>
      <w:szCs w:val="24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1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1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Arial" w:hAnsi="Arial" w:eastAsia="Arial" w:cs="Arial"/>
      <w:color w:val="auto"/>
      <w:kern w:val="0"/>
      <w:sz w:val="20"/>
      <w:szCs w:val="20"/>
      <w:lang w:val="en-US" w:eastAsia="zh-CN" w:bidi="hi-IN"/>
    </w:rPr>
  </w:style>
  <w:style w:type="paragraph" w:styleId="ListParagraph">
    <w:name w:val="List Paragraph"/>
    <w:basedOn w:val="normal1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1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1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1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1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1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1"/>
    <w:uiPriority w:val="99"/>
    <w:unhideWhenUsed/>
    <w:rsid w:val="00326f90"/>
    <w:pPr>
      <w:spacing w:before="0" w:after="200"/>
      <w:contextualSpacing/>
    </w:pPr>
    <w:rPr/>
  </w:style>
  <w:style w:type="paragraph" w:styleId="ListBullet3">
    <w:name w:val="List Bullet 3"/>
    <w:basedOn w:val="normal1"/>
    <w:uiPriority w:val="99"/>
    <w:unhideWhenUsed/>
    <w:rsid w:val="00326f90"/>
    <w:pPr>
      <w:spacing w:before="0" w:after="200"/>
      <w:contextualSpacing/>
    </w:pPr>
    <w:rPr/>
  </w:style>
  <w:style w:type="paragraph" w:styleId="ListNumber">
    <w:name w:val="List Number"/>
    <w:basedOn w:val="normal1"/>
    <w:uiPriority w:val="99"/>
    <w:unhideWhenUsed/>
    <w:rsid w:val="00326f90"/>
    <w:pPr>
      <w:spacing w:before="0" w:after="200"/>
      <w:contextualSpacing/>
    </w:pPr>
    <w:rPr/>
  </w:style>
  <w:style w:type="paragraph" w:styleId="ListNumber2">
    <w:name w:val="List Number 2"/>
    <w:basedOn w:val="normal1"/>
    <w:uiPriority w:val="99"/>
    <w:unhideWhenUsed/>
    <w:rsid w:val="0029639d"/>
    <w:pPr>
      <w:spacing w:before="0" w:after="200"/>
      <w:contextualSpacing/>
    </w:pPr>
    <w:rPr/>
  </w:style>
  <w:style w:type="paragraph" w:styleId="ListNumber3">
    <w:name w:val="List Number 3"/>
    <w:basedOn w:val="normal1"/>
    <w:uiPriority w:val="99"/>
    <w:unhideWhenUsed/>
    <w:rsid w:val="0029639d"/>
    <w:pPr>
      <w:spacing w:before="0" w:after="200"/>
      <w:contextualSpacing/>
    </w:pPr>
    <w:rPr/>
  </w:style>
  <w:style w:type="paragraph" w:styleId="ListContinue">
    <w:name w:val="List Continue"/>
    <w:basedOn w:val="normal1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1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1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Arial" w:cs="Arial"/>
      <w:color w:val="auto"/>
      <w:kern w:val="0"/>
      <w:sz w:val="20"/>
      <w:szCs w:val="20"/>
      <w:lang w:val="en-US" w:eastAsia="zh-CN" w:bidi="hi-IN"/>
    </w:rPr>
  </w:style>
  <w:style w:type="paragraph" w:styleId="Quote">
    <w:name w:val="Quote"/>
    <w:basedOn w:val="normal1"/>
    <w:next w:val="normal1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1"/>
    <w:next w:val="normal1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gwek"/>
    <w:pPr/>
    <w:rPr/>
  </w:style>
  <w:style w:type="paragraph" w:styleId="TOCHeading">
    <w:name w:val="TOC Heading"/>
    <w:basedOn w:val="Heading1"/>
    <w:next w:val="normal1"/>
    <w:uiPriority w:val="39"/>
    <w:semiHidden/>
    <w:unhideWhenUsed/>
    <w:qFormat/>
    <w:rsid w:val="00fc693f"/>
    <w:pPr/>
    <w:rPr/>
  </w:style>
  <w:style w:type="paragraph" w:styleId="TableofFigures">
    <w:name w:val="Table of Figures"/>
    <w:basedOn w:val="normal1"/>
    <w:next w:val="normal1"/>
    <w:pPr/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 w:sz="0" w:space="0"/>
          <w:bottom w:val="single" w:color="000000" w:themeColor="text1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 w:sz="0" w:space="0"/>
          <w:bottom w:val="single" w:color="000000" w:themeColor="text1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 w:sz="0" w:space="0"/>
          <w:bottom w:val="single" w:color="4F81BD" w:themeColor="accent1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 w:sz="0" w:space="0"/>
          <w:bottom w:val="single" w:color="4F81BD" w:themeColor="accent1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 w:sz="0" w:space="0"/>
          <w:bottom w:val="single" w:color="C0504D" w:themeColor="accent2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 w:sz="0" w:space="0"/>
          <w:bottom w:val="single" w:color="C0504D" w:themeColor="accent2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 w:sz="0" w:space="0"/>
          <w:bottom w:val="single" w:color="9BBB59" w:themeColor="accent3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 w:sz="0" w:space="0"/>
          <w:bottom w:val="single" w:color="9BBB59" w:themeColor="accent3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 w:sz="0" w:space="0"/>
          <w:bottom w:val="single" w:color="8064A2" w:themeColor="accent4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 w:sz="0" w:space="0"/>
          <w:bottom w:val="single" w:color="8064A2" w:themeColor="accent4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 w:sz="0" w:space="0"/>
          <w:bottom w:val="single" w:color="4BACC6" w:themeColor="accent5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 w:sz="0" w:space="0"/>
          <w:bottom w:val="single" w:color="4BACC6" w:themeColor="accent5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 w:sz="0" w:space="0"/>
          <w:bottom w:val="single" w:color="F79646" w:themeColor="accent6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 w:sz="0" w:space="0"/>
          <w:bottom w:val="single" w:color="F79646" w:themeColor="accent6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 w:sz="0" w:space="0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 w:sz="0" w:space="0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 w:sz="0" w:space="0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 w:sz="0" w:space="0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 w:sz="0" w:space="0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 w:sz="0" w:space="0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 w:sz="0" w:space="0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 w:sz="0" w:space="0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 w:sz="0" w:space="0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 w:sz="0" w:space="0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 w:sz="0" w:space="0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 w:sz="0" w:space="0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 w:sz="0" w:space="0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 w:sz="0" w:space="0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 w:sz="0" w:space="0"/>
          <w:insideV w:val="nil" w:sz="0" w:space="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 w:sz="0" w:space="0"/>
          <w:insideV w:val="nil" w:sz="0" w:space="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 w:sz="0" w:space="0"/>
          <w:insideV w:val="nil" w:sz="0" w:space="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 w:sz="0" w:space="0"/>
          <w:insideV w:val="nil" w:sz="0" w:space="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 w:sz="0" w:space="0"/>
          <w:insideV w:val="nil" w:sz="0" w:space="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 w:sz="0" w:space="0"/>
          <w:insideV w:val="nil" w:sz="0" w:space="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4F81BD" w:themeFill="accent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C0504D" w:themeFill="accent2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9BBB59" w:themeFill="accent3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8064A2" w:themeFill="accent4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4BACC6" w:themeFill="accent5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F79646" w:themeFill="accent6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000000" w:themeColor="text1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000000" w:themeColor="text1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000000" w:themeColor="text1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4F81BD" w:themeColor="accent1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4F81BD" w:themeColor="accent1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4F81BD" w:themeColor="accent1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C0504D" w:themeColor="accent2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C0504D" w:themeColor="accent2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C0504D" w:themeColor="accent2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9BBB59" w:themeColor="accent3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9BBB59" w:themeColor="accent3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9BBB59" w:themeColor="accent3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8064A2" w:themeColor="accent4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8064A2" w:themeColor="accent4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8064A2" w:themeColor="accent4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4BACC6" w:themeColor="accent5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4BACC6" w:themeColor="accent5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4BACC6" w:themeColor="accent5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F79646" w:themeColor="accent6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79646" w:themeColor="accent6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F79646" w:themeColor="accent6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C0504D" w:themeColor="accent2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000000" w:themeColor="text1" w:sz="4" w:space="0"/>
          <w:insideV w:val="nil" w:sz="0" w:space="0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C0504D" w:themeColor="accent2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2C4C74" w:themeColor="accent1" w:sz="4" w:space="0"/>
          <w:insideV w:val="nil" w:sz="0" w:space="0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C0504D" w:themeColor="accent2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772C2A" w:themeColor="accent2" w:sz="4" w:space="0"/>
          <w:insideV w:val="nil" w:sz="0" w:space="0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8064A2" w:themeColor="accent4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5E7530" w:themeColor="accent3" w:sz="4" w:space="0"/>
          <w:insideV w:val="nil" w:sz="0" w:space="0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9BBB59" w:themeColor="accent3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4C3B62" w:themeColor="accent4" w:sz="4" w:space="0"/>
          <w:insideV w:val="nil" w:sz="0" w:space="0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79646" w:themeColor="accent6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276A7C" w:themeColor="accent5" w:sz="4" w:space="0"/>
          <w:insideV w:val="nil" w:sz="0" w:space="0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4BACC6" w:themeColor="accent5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B65608" w:themeColor="accent6" w:sz="4" w:space="0"/>
          <w:insideV w:val="nil" w:sz="0" w:space="0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wsEgQpmZ0J/MF130jq5n+HIn+bA==">CgMxLjAyDmgudW5rYmFudG4ybWhrOAByITF3YlZydnFCMmRPTmZXOG95WlE4WHd4UFFnX195OHVWNg==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LibreOffice/24.2.5.2$Windows_X86_64 LibreOffice_project/bffef4ea93e59bebbeaf7f431bb02b1a39ee8a59</Application>
  <AppVersion>15.0000</AppVersion>
  <Pages>1</Pages>
  <Words>159</Words>
  <Characters>1593</Characters>
  <CharactersWithSpaces>1837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/>
  <dc:language>pl-PL</dc:language>
  <cp:lastModifiedBy/>
  <dcterms:modified xsi:type="dcterms:W3CDTF">2026-11-04T21:42:07Z</dcterms:modified>
  <cp:revision>1</cp:revision>
  <dc:subject/>
  <dc:title/>
</cp:coreProperties>
</file>