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Nr postępowania: ZO/08/2026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ZAŁĄCZNIK NR 2 – FORMULARZ OFERTOWY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Wykonawca: ................................................................................................</w:t>
        <w:br w:type="textWrapping"/>
        <w:t xml:space="preserve">Adres: ........................................................................................................</w:t>
        <w:br w:type="textWrapping"/>
        <w:t xml:space="preserve">NIP: ........................................ REGON: ........................................</w:t>
        <w:br w:type="textWrapping"/>
        <w:t xml:space="preserve">Osoba uprawniona: ....................................................................................</w:t>
        <w:br w:type="textWrapping"/>
        <w:t xml:space="preserve">Tel.: ......................................... E-mail: ................................................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Nawiązując do Zapytania ofertowego nr ZO/08/2026, oferuję realizację zamówienia zgodnie z jego treścią i załącznikami.</w:t>
      </w:r>
    </w:p>
    <w:tbl>
      <w:tblPr>
        <w:tblStyle w:val="Table1"/>
        <w:tblW w:w="97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40"/>
        <w:gridCol w:w="5610"/>
        <w:tblGridChange w:id="0">
          <w:tblGrid>
            <w:gridCol w:w="4140"/>
            <w:gridCol w:w="5610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Cena netto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 zł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VAT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Cena brutto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Cena brutto słownie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Okres gwarancji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Termin realizacji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........................................................</w:t>
            </w:r>
          </w:p>
        </w:tc>
      </w:tr>
    </w:tbl>
    <w:p w:rsidR="00000000" w:rsidDel="00000000" w:rsidP="00000000" w:rsidRDefault="00000000" w:rsidRPr="00000000" w14:paraId="00000014">
      <w:pPr>
        <w:pStyle w:val="Heading1"/>
        <w:rPr>
          <w:rFonts w:ascii="Arial" w:cs="Arial" w:eastAsia="Arial" w:hAnsi="Arial"/>
          <w:sz w:val="24"/>
          <w:szCs w:val="24"/>
        </w:rPr>
      </w:pPr>
      <w:bookmarkStart w:colFirst="0" w:colLast="0" w:name="_heading=h.j4arhvza7ksp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Oświadczenie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Oświadczam, że zapoznałem/am się z treścią Zapytania ofertowego, OPZ oraz projektowanymi postanowieniami umowy i akceptuję ich treść. 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Oświadczam, że nie podlegam wykluczeniu z postępowania oraz pozostaję związany/a ofertą przez 30 dni.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Oświadczam, że w okresie ostatnich 3 lat należycie wykonał/-am,-em co najmniej 2 usługi polegające na budowie lub przebudowie serwisu internetowego wraz z wdrożeniem systemu CMS, przy czym wartość każdej z wykazanych usług wynosiła co najmniej 25 000 zł brutto, co najmniej jedna z wykazanych usług obejmowała integrację z zewnętrznym systemem sprzedaży biletów, rezerwacji lub innym systemem zewnętrznym za pomocą API, widgetu lub innego mechanizmu integracyjnego; co najmniej jedna z wykazanych usług obejmowała przygotowanie lub wdrożenie serwisu zweryfikowanego pod kątem dostępności cyfrowej zgodnie z WCAG 2.1 lub WCAG 2.2.</w:t>
        <w:br w:type="textWrapping"/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                                                    .............................................</w:t>
        <w:br w:type="textWrapping"/>
        <w:t xml:space="preserve">Miejscowość, data                                                                        Podpis osoby uprawnionej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30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ul. Krzemienna 10, 70-742 Szczecin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6048000" cy="834206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48000" cy="83420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Projekt „Projektowanie uniwersalne – dostępność w instytucjach kultury”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sz w:val="16"/>
        <w:szCs w:val="16"/>
        <w:rtl w:val="0"/>
      </w:rPr>
      <w:t xml:space="preserve">Działanie 3.3 „Systemowa poprawa dostępności” | Priorytet III FERS 2021–2027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KKFVwL4mklElLHVFg5oXcw/2Xg==">CgMxLjAyDmguajRhcmh2emE3a3NwOAByITFKVnJsbkZHbWQtSUh1ai1oMThDX2ZCSk1ES0N1Wld5Mw==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