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Nr postępowania: ZO/06/2026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ZAŁĄCZNIK NR 2 – FORMULARZ OFERTOWY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Wykonawca: ................................................................................................</w:t>
        <w:br w:type="textWrapping"/>
        <w:t xml:space="preserve">Adres: ........................................................................................................</w:t>
        <w:br w:type="textWrapping"/>
        <w:t xml:space="preserve">NIP: ........................................ REGON: ........................................</w:t>
        <w:br w:type="textWrapping"/>
        <w:t xml:space="preserve">Osoba uprawniona: ....................................................................................</w:t>
        <w:br w:type="textWrapping"/>
        <w:t xml:space="preserve">Tel.: ......................................... E-mail: ................................................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Nawiązując do Zapytania ofertowego nr ZO/06/2026, oferuję realizację zamówienia zgodnie z jego treścią i załącznikami.</w:t>
      </w:r>
    </w:p>
    <w:tbl>
      <w:tblPr>
        <w:tblStyle w:val="Table1"/>
        <w:tblW w:w="974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73"/>
        <w:gridCol w:w="4873"/>
        <w:tblGridChange w:id="0">
          <w:tblGrid>
            <w:gridCol w:w="4873"/>
            <w:gridCol w:w="4873"/>
          </w:tblGrid>
        </w:tblGridChange>
      </w:tblGrid>
      <w:tr>
        <w:trPr>
          <w:cantSplit w:val="0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Cena netto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................................ zł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VAT</w:t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Cena brutto</w:t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Cena brutto słownie</w:t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Okres gwarancji</w:t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Termin realizacji</w:t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</w:t>
            </w:r>
          </w:p>
        </w:tc>
      </w:tr>
    </w:tbl>
    <w:p w:rsidR="00000000" w:rsidDel="00000000" w:rsidP="00000000" w:rsidRDefault="00000000" w:rsidRPr="00000000" w14:paraId="00000014">
      <w:pPr>
        <w:pStyle w:val="Heading1"/>
        <w:rPr/>
      </w:pPr>
      <w:bookmarkStart w:colFirst="0" w:colLast="0" w:name="_heading=h.j4arhvza7ksp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Oświadczenie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  <w:t xml:space="preserve">Oświadczam, że zapoznałem/am się z treścią Zapytania ofertowego, OPZ oraz projektowanymi postanowieniami umowy i akceptuję ich treść. 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  <w:t xml:space="preserve">Oświadczam, że nie podlegam wykluczeniu z postępowania oraz pozostaję związany/a ofertą przez 30 dni.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br w:type="textWrapping"/>
        <w:t xml:space="preserve">.....................................................                                                      .....................................................</w:t>
        <w:br w:type="textWrapping"/>
        <w:t xml:space="preserve">Miejscowość, data                                                                                      Podpis osoby uprawnionej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134" w:top="1304" w:left="1247" w:right="124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Dom Kultury „Krzemień” w Szczecinie | ul. Krzemienna 10, 70-742 Szczecin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6048000" cy="834206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48000" cy="83420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jc w:val="center"/>
      <w:rPr/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Projekt „Projektowanie uniwersalne – dostępność w instytucjach kultury”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jc w:val="center"/>
      <w:rPr/>
    </w:pPr>
    <w:r w:rsidDel="00000000" w:rsidR="00000000" w:rsidRPr="00000000">
      <w:rPr>
        <w:sz w:val="16"/>
        <w:szCs w:val="16"/>
        <w:rtl w:val="0"/>
      </w:rPr>
      <w:t xml:space="preserve">Działanie 3.3 „Systemowa poprawa dostępności” | Priorytet III FERS 2021–2027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dAKtwOuwy+pVcOOv/j7omudhsw==">CgMxLjAyDmguajRhcmh2emE3a3NwOAByITFYVWRPNUczSGM0X18yN2oyZl9qSjRRaHFndkp6bTdISQ==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